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97D76" w14:textId="77777777" w:rsidR="00CC0E3D" w:rsidRDefault="00000000">
      <w:pPr>
        <w:jc w:val="center"/>
      </w:pPr>
      <w:r>
        <w:rPr>
          <w:b/>
          <w:sz w:val="36"/>
        </w:rPr>
        <w:t>Pre-Trip Pack Request (Student Template)</w:t>
      </w:r>
    </w:p>
    <w:p w14:paraId="495EE1D2" w14:textId="15E06707" w:rsidR="00CC0E3D" w:rsidRDefault="00000000">
      <w:pPr>
        <w:jc w:val="center"/>
      </w:pPr>
      <w:r>
        <w:rPr>
          <w:i/>
          <w:sz w:val="20"/>
        </w:rPr>
        <w:t xml:space="preserve">Use this one-pager to request anticipatory information ≥2 weeks before fieldwork. </w:t>
      </w:r>
    </w:p>
    <w:p w14:paraId="580A19D7" w14:textId="77777777" w:rsidR="00CC0E3D" w:rsidRDefault="00000000">
      <w:r>
        <w:t>To: [Field Lead / Unit Coordinator]</w:t>
      </w:r>
    </w:p>
    <w:p w14:paraId="168E442B" w14:textId="77777777" w:rsidR="00CC0E3D" w:rsidRDefault="00000000">
      <w:r>
        <w:t>Subject: Request for Pre-Trip Information Pack — [Course/Trip Name], [Dates]</w:t>
      </w:r>
    </w:p>
    <w:p w14:paraId="6AD9F126" w14:textId="77777777" w:rsidR="00CC0E3D" w:rsidRDefault="00000000">
      <w:r>
        <w:t>Message:</w:t>
      </w:r>
    </w:p>
    <w:p w14:paraId="46051C3D" w14:textId="77777777" w:rsidR="00CC0E3D" w:rsidRDefault="00000000">
      <w:r>
        <w:t>Hi [Name],</w:t>
      </w:r>
      <w:r>
        <w:br/>
      </w:r>
      <w:r>
        <w:br/>
        <w:t>I’m preparing for the upcoming field trip and would appreciate a brief pre-trip pack to help me plan. Could you please share the following by [reply-by date]?</w:t>
      </w:r>
      <w:r>
        <w:br/>
      </w:r>
      <w:r>
        <w:br/>
        <w:t>• Timings and daily itinerary (start/end times, task blocks)</w:t>
      </w:r>
      <w:r>
        <w:br/>
        <w:t>• Distances/terrain and access notes (inclines, surfaces, estimated walking time)</w:t>
      </w:r>
      <w:r>
        <w:br/>
        <w:t>• Site photos/maps and meeting points</w:t>
      </w:r>
      <w:r>
        <w:br/>
        <w:t>• Weather links and kit list (including any required PPE)</w:t>
      </w:r>
      <w:r>
        <w:br/>
        <w:t>• Assessment expectations (tasks, criteria, due dates)</w:t>
      </w:r>
      <w:r>
        <w:br/>
        <w:t>• Safety contacts (on-site lead; emergency numbers); comms plan (radios/phones)</w:t>
      </w:r>
      <w:r>
        <w:br/>
      </w:r>
      <w:r>
        <w:br/>
        <w:t>Many thanks,</w:t>
      </w:r>
      <w:r>
        <w:br/>
        <w:t>[Your name] [Student ID]</w:t>
      </w:r>
    </w:p>
    <w:p w14:paraId="4D193D7B" w14:textId="77777777" w:rsidR="00CC0E3D" w:rsidRDefault="00000000">
      <w:pPr>
        <w:pStyle w:val="ListParagraph"/>
      </w:pPr>
      <w:r>
        <w:t>Checklist for the course team:</w:t>
      </w:r>
    </w:p>
    <w:p w14:paraId="5C58720C" w14:textId="77777777" w:rsidR="00CC0E3D" w:rsidRDefault="00000000">
      <w:pPr>
        <w:pStyle w:val="ListBullet"/>
      </w:pPr>
      <w:r>
        <w:t>Itinerary attached (PDF) with timings and tasks.</w:t>
      </w:r>
    </w:p>
    <w:p w14:paraId="481C1272" w14:textId="77777777" w:rsidR="00CC0E3D" w:rsidRDefault="00000000">
      <w:pPr>
        <w:pStyle w:val="ListBullet"/>
      </w:pPr>
      <w:r>
        <w:t>Map(s) or link to map folder; site photos included.</w:t>
      </w:r>
    </w:p>
    <w:p w14:paraId="77FC8251" w14:textId="77777777" w:rsidR="00CC0E3D" w:rsidRDefault="00000000">
      <w:pPr>
        <w:pStyle w:val="ListBullet"/>
      </w:pPr>
      <w:r>
        <w:t>Distances/terrain described; accessibility notes added.</w:t>
      </w:r>
    </w:p>
    <w:p w14:paraId="2D2054A3" w14:textId="77777777" w:rsidR="00CC0E3D" w:rsidRDefault="00000000">
      <w:pPr>
        <w:pStyle w:val="ListBullet"/>
      </w:pPr>
      <w:r>
        <w:t>Weather source(s) linked; kit list provided.</w:t>
      </w:r>
    </w:p>
    <w:p w14:paraId="4C5BCAC1" w14:textId="77777777" w:rsidR="00CC0E3D" w:rsidRDefault="00000000">
      <w:pPr>
        <w:pStyle w:val="ListBullet"/>
      </w:pPr>
      <w:r>
        <w:t>Assessment expectations clarified.</w:t>
      </w:r>
    </w:p>
    <w:p w14:paraId="787E2A46" w14:textId="77777777" w:rsidR="00CC0E3D" w:rsidRDefault="00000000">
      <w:pPr>
        <w:pStyle w:val="ListBullet"/>
      </w:pPr>
      <w:r>
        <w:t>Safety contacts and comms plan included.</w:t>
      </w:r>
    </w:p>
    <w:sectPr w:rsidR="00CC0E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2044339">
    <w:abstractNumId w:val="8"/>
  </w:num>
  <w:num w:numId="2" w16cid:durableId="1291939291">
    <w:abstractNumId w:val="6"/>
  </w:num>
  <w:num w:numId="3" w16cid:durableId="761878860">
    <w:abstractNumId w:val="5"/>
  </w:num>
  <w:num w:numId="4" w16cid:durableId="1323925210">
    <w:abstractNumId w:val="4"/>
  </w:num>
  <w:num w:numId="5" w16cid:durableId="2135633959">
    <w:abstractNumId w:val="7"/>
  </w:num>
  <w:num w:numId="6" w16cid:durableId="370233304">
    <w:abstractNumId w:val="3"/>
  </w:num>
  <w:num w:numId="7" w16cid:durableId="205223660">
    <w:abstractNumId w:val="2"/>
  </w:num>
  <w:num w:numId="8" w16cid:durableId="20589843">
    <w:abstractNumId w:val="1"/>
  </w:num>
  <w:num w:numId="9" w16cid:durableId="196981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50E"/>
    <w:rsid w:val="0015074B"/>
    <w:rsid w:val="0029639D"/>
    <w:rsid w:val="00326F90"/>
    <w:rsid w:val="003A24B8"/>
    <w:rsid w:val="00AA1D8D"/>
    <w:rsid w:val="00B47730"/>
    <w:rsid w:val="00CB0664"/>
    <w:rsid w:val="00CC0E3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A6973B"/>
  <w14:defaultImageDpi w14:val="300"/>
  <w15:docId w15:val="{024A419B-57D8-45D8-96A9-5A16116E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981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2025-11-05T19:45:00Z</dcterms:created>
  <dcterms:modified xsi:type="dcterms:W3CDTF">2025-11-05T19:45:00Z</dcterms:modified>
  <cp:category/>
</cp:coreProperties>
</file>