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06E6" w14:textId="77777777" w:rsidR="005A6095" w:rsidRDefault="00000000">
      <w:pPr>
        <w:jc w:val="center"/>
      </w:pPr>
      <w:r>
        <w:rPr>
          <w:b/>
          <w:sz w:val="36"/>
        </w:rPr>
        <w:t>Step-by-Step Protocol Builder (5 Steps + Checkpoints)</w:t>
      </w:r>
    </w:p>
    <w:p w14:paraId="06E66F83" w14:textId="77777777" w:rsidR="005A6095" w:rsidRDefault="00000000">
      <w:pPr>
        <w:jc w:val="center"/>
      </w:pPr>
      <w:r>
        <w:rPr>
          <w:i/>
          <w:sz w:val="20"/>
        </w:rPr>
        <w:t>Segmentation + worked-example scaffolding for safer, more accurate execution. Prepared 2025-11-05.</w:t>
      </w:r>
    </w:p>
    <w:p w14:paraId="5150B2C8" w14:textId="77777777" w:rsidR="005A6095" w:rsidRDefault="00000000">
      <w:r>
        <w:t>Fill this in from the lab sheet or demo. Keep near your workspace. Tick each checkpoint before proceeding.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A6095" w14:paraId="4D44A958" w14:textId="77777777">
        <w:tc>
          <w:tcPr>
            <w:tcW w:w="2880" w:type="dxa"/>
          </w:tcPr>
          <w:p w14:paraId="1FE7735B" w14:textId="77777777" w:rsidR="005A6095" w:rsidRDefault="00000000">
            <w:r>
              <w:t>Step #</w:t>
            </w:r>
          </w:p>
        </w:tc>
        <w:tc>
          <w:tcPr>
            <w:tcW w:w="2880" w:type="dxa"/>
          </w:tcPr>
          <w:p w14:paraId="0D413597" w14:textId="77777777" w:rsidR="005A6095" w:rsidRDefault="00000000">
            <w:r>
              <w:t>Action (what to do) — include quantities, units, equipment</w:t>
            </w:r>
          </w:p>
        </w:tc>
        <w:tc>
          <w:tcPr>
            <w:tcW w:w="2880" w:type="dxa"/>
          </w:tcPr>
          <w:p w14:paraId="19B198EE" w14:textId="77777777" w:rsidR="005A6095" w:rsidRDefault="00000000">
            <w:r>
              <w:t>Checkpoint (✓ when done)</w:t>
            </w:r>
          </w:p>
        </w:tc>
      </w:tr>
      <w:tr w:rsidR="005A6095" w14:paraId="38602C35" w14:textId="77777777">
        <w:tc>
          <w:tcPr>
            <w:tcW w:w="2880" w:type="dxa"/>
          </w:tcPr>
          <w:p w14:paraId="5E21685D" w14:textId="77777777" w:rsidR="005A6095" w:rsidRDefault="00000000">
            <w:r>
              <w:t>1</w:t>
            </w:r>
          </w:p>
        </w:tc>
        <w:tc>
          <w:tcPr>
            <w:tcW w:w="2880" w:type="dxa"/>
          </w:tcPr>
          <w:p w14:paraId="42AD97FE" w14:textId="77777777" w:rsidR="005A6095" w:rsidRDefault="005A6095"/>
        </w:tc>
        <w:tc>
          <w:tcPr>
            <w:tcW w:w="2880" w:type="dxa"/>
          </w:tcPr>
          <w:p w14:paraId="18ACCDCF" w14:textId="77777777" w:rsidR="005A6095" w:rsidRDefault="00000000">
            <w:r>
              <w:t>□ Step complete   □ Measurements recorded</w:t>
            </w:r>
          </w:p>
        </w:tc>
      </w:tr>
      <w:tr w:rsidR="005A6095" w14:paraId="3B1C0E00" w14:textId="77777777">
        <w:tc>
          <w:tcPr>
            <w:tcW w:w="2880" w:type="dxa"/>
          </w:tcPr>
          <w:p w14:paraId="5C8CB4F5" w14:textId="77777777" w:rsidR="005A6095" w:rsidRDefault="00000000">
            <w:r>
              <w:t>2</w:t>
            </w:r>
          </w:p>
        </w:tc>
        <w:tc>
          <w:tcPr>
            <w:tcW w:w="2880" w:type="dxa"/>
          </w:tcPr>
          <w:p w14:paraId="1D0714B1" w14:textId="77777777" w:rsidR="005A6095" w:rsidRDefault="005A6095"/>
        </w:tc>
        <w:tc>
          <w:tcPr>
            <w:tcW w:w="2880" w:type="dxa"/>
          </w:tcPr>
          <w:p w14:paraId="33B17D2E" w14:textId="77777777" w:rsidR="005A6095" w:rsidRDefault="00000000">
            <w:r>
              <w:t>□ Step complete   □ Measurements recorded</w:t>
            </w:r>
          </w:p>
        </w:tc>
      </w:tr>
      <w:tr w:rsidR="005A6095" w14:paraId="521B72FC" w14:textId="77777777">
        <w:tc>
          <w:tcPr>
            <w:tcW w:w="2880" w:type="dxa"/>
          </w:tcPr>
          <w:p w14:paraId="3E51E9FF" w14:textId="77777777" w:rsidR="005A6095" w:rsidRDefault="00000000">
            <w:r>
              <w:t>3</w:t>
            </w:r>
          </w:p>
        </w:tc>
        <w:tc>
          <w:tcPr>
            <w:tcW w:w="2880" w:type="dxa"/>
          </w:tcPr>
          <w:p w14:paraId="678AA6DD" w14:textId="77777777" w:rsidR="005A6095" w:rsidRDefault="005A6095"/>
        </w:tc>
        <w:tc>
          <w:tcPr>
            <w:tcW w:w="2880" w:type="dxa"/>
          </w:tcPr>
          <w:p w14:paraId="4D305436" w14:textId="77777777" w:rsidR="005A6095" w:rsidRDefault="00000000">
            <w:r>
              <w:t>□ Step complete   □ Measurements recorded</w:t>
            </w:r>
          </w:p>
        </w:tc>
      </w:tr>
      <w:tr w:rsidR="005A6095" w14:paraId="3B659A0B" w14:textId="77777777">
        <w:tc>
          <w:tcPr>
            <w:tcW w:w="2880" w:type="dxa"/>
          </w:tcPr>
          <w:p w14:paraId="0216FF73" w14:textId="77777777" w:rsidR="005A6095" w:rsidRDefault="00000000">
            <w:r>
              <w:t>4</w:t>
            </w:r>
          </w:p>
        </w:tc>
        <w:tc>
          <w:tcPr>
            <w:tcW w:w="2880" w:type="dxa"/>
          </w:tcPr>
          <w:p w14:paraId="47528058" w14:textId="77777777" w:rsidR="005A6095" w:rsidRDefault="005A6095"/>
        </w:tc>
        <w:tc>
          <w:tcPr>
            <w:tcW w:w="2880" w:type="dxa"/>
          </w:tcPr>
          <w:p w14:paraId="43129832" w14:textId="77777777" w:rsidR="005A6095" w:rsidRDefault="00000000">
            <w:r>
              <w:t>□ Step complete   □ Measurements recorded</w:t>
            </w:r>
          </w:p>
        </w:tc>
      </w:tr>
      <w:tr w:rsidR="005A6095" w14:paraId="0C0001F7" w14:textId="77777777">
        <w:tc>
          <w:tcPr>
            <w:tcW w:w="2880" w:type="dxa"/>
          </w:tcPr>
          <w:p w14:paraId="43D376B5" w14:textId="77777777" w:rsidR="005A6095" w:rsidRDefault="00000000">
            <w:r>
              <w:t>5</w:t>
            </w:r>
          </w:p>
        </w:tc>
        <w:tc>
          <w:tcPr>
            <w:tcW w:w="2880" w:type="dxa"/>
          </w:tcPr>
          <w:p w14:paraId="227DC803" w14:textId="77777777" w:rsidR="005A6095" w:rsidRDefault="005A6095"/>
        </w:tc>
        <w:tc>
          <w:tcPr>
            <w:tcW w:w="2880" w:type="dxa"/>
          </w:tcPr>
          <w:p w14:paraId="4E6ECECA" w14:textId="77777777" w:rsidR="005A6095" w:rsidRDefault="00000000">
            <w:r>
              <w:t>□ Step complete   □ Measurements recorded</w:t>
            </w:r>
          </w:p>
        </w:tc>
      </w:tr>
      <w:tr w:rsidR="005A6095" w14:paraId="6A6755D5" w14:textId="77777777">
        <w:tc>
          <w:tcPr>
            <w:tcW w:w="2880" w:type="dxa"/>
          </w:tcPr>
          <w:p w14:paraId="77580764" w14:textId="77777777" w:rsidR="005A6095" w:rsidRDefault="00000000">
            <w:r>
              <w:t>Notes</w:t>
            </w:r>
          </w:p>
        </w:tc>
        <w:tc>
          <w:tcPr>
            <w:tcW w:w="2880" w:type="dxa"/>
          </w:tcPr>
          <w:p w14:paraId="07207D0B" w14:textId="77777777" w:rsidR="005A6095" w:rsidRDefault="00000000">
            <w:r>
              <w:t>Safety reminders, hazards, PPE, or photos/diagrams to reference</w:t>
            </w:r>
          </w:p>
        </w:tc>
        <w:tc>
          <w:tcPr>
            <w:tcW w:w="2880" w:type="dxa"/>
          </w:tcPr>
          <w:p w14:paraId="0469D043" w14:textId="77777777" w:rsidR="005A6095" w:rsidRDefault="00000000">
            <w:r>
              <w:t>Initials / time</w:t>
            </w:r>
          </w:p>
        </w:tc>
      </w:tr>
    </w:tbl>
    <w:p w14:paraId="1954AEC3" w14:textId="77777777" w:rsidR="005A6095" w:rsidRDefault="00000000">
      <w:r>
        <w:t>Quick end-checks (answer from memory, then verify):</w:t>
      </w:r>
    </w:p>
    <w:p w14:paraId="60C13545" w14:textId="77777777" w:rsidR="005A6095" w:rsidRDefault="00000000">
      <w:pPr>
        <w:pStyle w:val="ListBullet"/>
      </w:pPr>
      <w:r>
        <w:t>1) What is the purpose of Step 3?</w:t>
      </w:r>
    </w:p>
    <w:p w14:paraId="6F258E60" w14:textId="77777777" w:rsidR="005A6095" w:rsidRDefault="00000000">
      <w:pPr>
        <w:pStyle w:val="ListBullet"/>
      </w:pPr>
      <w:r>
        <w:t>2) Which measurement most affects accuracy?</w:t>
      </w:r>
    </w:p>
    <w:p w14:paraId="0ED3F1D0" w14:textId="77777777" w:rsidR="005A6095" w:rsidRDefault="00000000">
      <w:r>
        <w:t>Tip: If you get stuck, pause and rephrase the current step in your own words before continuing.</w:t>
      </w:r>
    </w:p>
    <w:sectPr w:rsidR="005A60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6569534">
    <w:abstractNumId w:val="8"/>
  </w:num>
  <w:num w:numId="2" w16cid:durableId="782000451">
    <w:abstractNumId w:val="6"/>
  </w:num>
  <w:num w:numId="3" w16cid:durableId="562300400">
    <w:abstractNumId w:val="5"/>
  </w:num>
  <w:num w:numId="4" w16cid:durableId="840967221">
    <w:abstractNumId w:val="4"/>
  </w:num>
  <w:num w:numId="5" w16cid:durableId="1998070735">
    <w:abstractNumId w:val="7"/>
  </w:num>
  <w:num w:numId="6" w16cid:durableId="866871783">
    <w:abstractNumId w:val="3"/>
  </w:num>
  <w:num w:numId="7" w16cid:durableId="908420702">
    <w:abstractNumId w:val="2"/>
  </w:num>
  <w:num w:numId="8" w16cid:durableId="1868568628">
    <w:abstractNumId w:val="1"/>
  </w:num>
  <w:num w:numId="9" w16cid:durableId="8495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50E"/>
    <w:rsid w:val="0015074B"/>
    <w:rsid w:val="0029639D"/>
    <w:rsid w:val="00326F90"/>
    <w:rsid w:val="00377141"/>
    <w:rsid w:val="005A609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67962"/>
  <w14:defaultImageDpi w14:val="300"/>
  <w15:docId w15:val="{024A419B-57D8-45D8-96A9-5A16116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760</Characters>
  <Application>Microsoft Office Word</Application>
  <DocSecurity>0</DocSecurity>
  <Lines>23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2025-11-05T19:53:00Z</dcterms:created>
  <dcterms:modified xsi:type="dcterms:W3CDTF">2025-11-05T19:53:00Z</dcterms:modified>
  <cp:category/>
</cp:coreProperties>
</file>