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55DBA" w14:textId="77777777" w:rsidR="00CC7BF1" w:rsidRDefault="00000000">
      <w:pPr>
        <w:jc w:val="center"/>
      </w:pPr>
      <w:r>
        <w:rPr>
          <w:b/>
          <w:sz w:val="36"/>
        </w:rPr>
        <w:t>Daily 3-Point Plan &amp; Debrief Card</w:t>
      </w:r>
    </w:p>
    <w:p w14:paraId="7249954A" w14:textId="05FC31E9" w:rsidR="00CC7BF1" w:rsidRDefault="00000000">
      <w:pPr>
        <w:jc w:val="center"/>
      </w:pPr>
      <w:r>
        <w:rPr>
          <w:i/>
          <w:sz w:val="20"/>
        </w:rPr>
        <w:t xml:space="preserve">Fieldwork micro-planner. </w:t>
      </w:r>
    </w:p>
    <w:p w14:paraId="0BF1273B" w14:textId="77777777" w:rsidR="00CC7BF1" w:rsidRDefault="00000000">
      <w:r>
        <w:t>Morning plan (complete at the start of the day):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CC7BF1" w14:paraId="3E50DA30" w14:textId="77777777">
        <w:tc>
          <w:tcPr>
            <w:tcW w:w="4320" w:type="dxa"/>
          </w:tcPr>
          <w:p w14:paraId="3D7AB2EA" w14:textId="77777777" w:rsidR="00CC7BF1" w:rsidRDefault="00000000">
            <w:r>
              <w:t>Today's top 3 tasks</w:t>
            </w:r>
          </w:p>
        </w:tc>
        <w:tc>
          <w:tcPr>
            <w:tcW w:w="4320" w:type="dxa"/>
          </w:tcPr>
          <w:p w14:paraId="4AF9363B" w14:textId="77777777" w:rsidR="00F64991" w:rsidRDefault="00000000">
            <w:r>
              <w:t xml:space="preserve">[ </w:t>
            </w:r>
            <w:proofErr w:type="gramStart"/>
            <w:r>
              <w:t>1 ]</w:t>
            </w:r>
            <w:proofErr w:type="gramEnd"/>
            <w:r>
              <w:t xml:space="preserve">   </w:t>
            </w:r>
          </w:p>
          <w:p w14:paraId="4C697D64" w14:textId="77777777" w:rsidR="00F64991" w:rsidRDefault="00000000">
            <w:r>
              <w:t xml:space="preserve">[ </w:t>
            </w:r>
            <w:proofErr w:type="gramStart"/>
            <w:r>
              <w:t>2 ]</w:t>
            </w:r>
            <w:proofErr w:type="gramEnd"/>
            <w:r>
              <w:t xml:space="preserve">   </w:t>
            </w:r>
          </w:p>
          <w:p w14:paraId="272E827E" w14:textId="55A23F76" w:rsidR="00CC7BF1" w:rsidRDefault="00000000">
            <w:r>
              <w:t xml:space="preserve">[ </w:t>
            </w:r>
            <w:proofErr w:type="gramStart"/>
            <w:r>
              <w:t>3 ]</w:t>
            </w:r>
            <w:proofErr w:type="gramEnd"/>
          </w:p>
        </w:tc>
      </w:tr>
      <w:tr w:rsidR="00CC7BF1" w14:paraId="62F10574" w14:textId="77777777">
        <w:tc>
          <w:tcPr>
            <w:tcW w:w="4320" w:type="dxa"/>
          </w:tcPr>
          <w:p w14:paraId="3ECF490A" w14:textId="77777777" w:rsidR="00CC7BF1" w:rsidRDefault="00000000">
            <w:r>
              <w:t>Where / when</w:t>
            </w:r>
          </w:p>
        </w:tc>
        <w:tc>
          <w:tcPr>
            <w:tcW w:w="4320" w:type="dxa"/>
          </w:tcPr>
          <w:p w14:paraId="3131EA29" w14:textId="77777777" w:rsidR="00CC7BF1" w:rsidRDefault="00000000">
            <w:r>
              <w:t>[ location(s) / time blocks ]</w:t>
            </w:r>
          </w:p>
        </w:tc>
      </w:tr>
      <w:tr w:rsidR="00CC7BF1" w14:paraId="4830DC0C" w14:textId="77777777">
        <w:tc>
          <w:tcPr>
            <w:tcW w:w="4320" w:type="dxa"/>
          </w:tcPr>
          <w:p w14:paraId="536B15D2" w14:textId="77777777" w:rsidR="00CC7BF1" w:rsidRDefault="00000000">
            <w:r>
              <w:t>Mobility/energy notes</w:t>
            </w:r>
          </w:p>
        </w:tc>
        <w:tc>
          <w:tcPr>
            <w:tcW w:w="4320" w:type="dxa"/>
          </w:tcPr>
          <w:p w14:paraId="4E30FB98" w14:textId="77777777" w:rsidR="00CC7BF1" w:rsidRDefault="00000000">
            <w:r>
              <w:t>[ breaks, terrain, pacing ]</w:t>
            </w:r>
          </w:p>
        </w:tc>
      </w:tr>
      <w:tr w:rsidR="00CC7BF1" w14:paraId="21BC2457" w14:textId="77777777">
        <w:tc>
          <w:tcPr>
            <w:tcW w:w="4320" w:type="dxa"/>
          </w:tcPr>
          <w:p w14:paraId="15768C6F" w14:textId="77777777" w:rsidR="00CC7BF1" w:rsidRDefault="00000000">
            <w:r>
              <w:t>Comms check</w:t>
            </w:r>
          </w:p>
        </w:tc>
        <w:tc>
          <w:tcPr>
            <w:tcW w:w="4320" w:type="dxa"/>
          </w:tcPr>
          <w:p w14:paraId="7FF62A27" w14:textId="77777777" w:rsidR="00CC7BF1" w:rsidRDefault="00000000">
            <w:r>
              <w:t>[ radio/phone tested; safety contact saved ]</w:t>
            </w:r>
          </w:p>
        </w:tc>
      </w:tr>
    </w:tbl>
    <w:p w14:paraId="49CACEFC" w14:textId="77777777" w:rsidR="00CC7BF1" w:rsidRDefault="00000000">
      <w:r>
        <w:t>End-of-day debrief (≤5 min):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CC7BF1" w14:paraId="2E71F356" w14:textId="77777777">
        <w:tc>
          <w:tcPr>
            <w:tcW w:w="4320" w:type="dxa"/>
          </w:tcPr>
          <w:p w14:paraId="047367ED" w14:textId="77777777" w:rsidR="00CC7BF1" w:rsidRDefault="00000000">
            <w:r>
              <w:t>One highlight</w:t>
            </w:r>
          </w:p>
        </w:tc>
        <w:tc>
          <w:tcPr>
            <w:tcW w:w="4320" w:type="dxa"/>
          </w:tcPr>
          <w:p w14:paraId="5A66A26C" w14:textId="77777777" w:rsidR="00CC7BF1" w:rsidRDefault="00000000">
            <w:r>
              <w:t>[ … ]</w:t>
            </w:r>
          </w:p>
        </w:tc>
      </w:tr>
      <w:tr w:rsidR="00CC7BF1" w14:paraId="10267EFA" w14:textId="77777777">
        <w:tc>
          <w:tcPr>
            <w:tcW w:w="4320" w:type="dxa"/>
          </w:tcPr>
          <w:p w14:paraId="6490E582" w14:textId="77777777" w:rsidR="00CC7BF1" w:rsidRDefault="00000000">
            <w:r>
              <w:t>One challenge / change for tomorrow</w:t>
            </w:r>
          </w:p>
        </w:tc>
        <w:tc>
          <w:tcPr>
            <w:tcW w:w="4320" w:type="dxa"/>
          </w:tcPr>
          <w:p w14:paraId="25C1A011" w14:textId="77777777" w:rsidR="00CC7BF1" w:rsidRDefault="00000000">
            <w:r>
              <w:t>[ … ]</w:t>
            </w:r>
          </w:p>
        </w:tc>
      </w:tr>
      <w:tr w:rsidR="00CC7BF1" w14:paraId="2EE7869F" w14:textId="77777777">
        <w:tc>
          <w:tcPr>
            <w:tcW w:w="4320" w:type="dxa"/>
          </w:tcPr>
          <w:p w14:paraId="2FE1E548" w14:textId="77777777" w:rsidR="00CC7BF1" w:rsidRDefault="00000000">
            <w:r>
              <w:t>Notes for tomorrow's plan</w:t>
            </w:r>
          </w:p>
        </w:tc>
        <w:tc>
          <w:tcPr>
            <w:tcW w:w="4320" w:type="dxa"/>
          </w:tcPr>
          <w:p w14:paraId="0825D84C" w14:textId="77777777" w:rsidR="00CC7BF1" w:rsidRDefault="00000000">
            <w:r>
              <w:t>[ … ]</w:t>
            </w:r>
          </w:p>
        </w:tc>
      </w:tr>
    </w:tbl>
    <w:p w14:paraId="03243F48" w14:textId="77777777" w:rsidR="00E94FB2" w:rsidRDefault="00E94FB2"/>
    <w:sectPr w:rsidR="00E94FB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89669296">
    <w:abstractNumId w:val="8"/>
  </w:num>
  <w:num w:numId="2" w16cid:durableId="1877737834">
    <w:abstractNumId w:val="6"/>
  </w:num>
  <w:num w:numId="3" w16cid:durableId="896430526">
    <w:abstractNumId w:val="5"/>
  </w:num>
  <w:num w:numId="4" w16cid:durableId="1917089375">
    <w:abstractNumId w:val="4"/>
  </w:num>
  <w:num w:numId="5" w16cid:durableId="1738895054">
    <w:abstractNumId w:val="7"/>
  </w:num>
  <w:num w:numId="6" w16cid:durableId="996566439">
    <w:abstractNumId w:val="3"/>
  </w:num>
  <w:num w:numId="7" w16cid:durableId="596595033">
    <w:abstractNumId w:val="2"/>
  </w:num>
  <w:num w:numId="8" w16cid:durableId="754518829">
    <w:abstractNumId w:val="1"/>
  </w:num>
  <w:num w:numId="9" w16cid:durableId="1396659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550E"/>
    <w:rsid w:val="0015074B"/>
    <w:rsid w:val="0029639D"/>
    <w:rsid w:val="00326F90"/>
    <w:rsid w:val="00AA1D8D"/>
    <w:rsid w:val="00B47730"/>
    <w:rsid w:val="00CB0664"/>
    <w:rsid w:val="00CC7BF1"/>
    <w:rsid w:val="00E94FB2"/>
    <w:rsid w:val="00F6499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12843E"/>
  <w14:defaultImageDpi w14:val="300"/>
  <w15:docId w15:val="{024A419B-57D8-45D8-96A9-5A16116E8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374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Hannah Lee Riskas</cp:lastModifiedBy>
  <cp:revision>2</cp:revision>
  <dcterms:created xsi:type="dcterms:W3CDTF">2025-11-05T19:46:00Z</dcterms:created>
  <dcterms:modified xsi:type="dcterms:W3CDTF">2025-11-05T19:46:00Z</dcterms:modified>
  <cp:category/>
</cp:coreProperties>
</file>