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62DB" w14:textId="77777777" w:rsidR="0064300C" w:rsidRPr="00E40CA6" w:rsidRDefault="00E40CA6">
      <w:pPr>
        <w:pStyle w:val="Title"/>
        <w:jc w:val="center"/>
        <w:rPr>
          <w:rFonts w:ascii="Roboto" w:hAnsi="Roboto"/>
        </w:rPr>
      </w:pPr>
      <w:r w:rsidRPr="00E40CA6">
        <w:rPr>
          <w:rFonts w:ascii="Roboto" w:hAnsi="Roboto"/>
        </w:rPr>
        <w:t>Tutorial Group Contract</w:t>
      </w:r>
    </w:p>
    <w:p w14:paraId="348F63AB" w14:textId="77777777" w:rsidR="0064300C" w:rsidRPr="00E40CA6" w:rsidRDefault="00E40CA6">
      <w:pPr>
        <w:jc w:val="center"/>
        <w:rPr>
          <w:rFonts w:ascii="Roboto" w:hAnsi="Roboto"/>
        </w:rPr>
      </w:pPr>
      <w:r w:rsidRPr="00E40CA6">
        <w:rPr>
          <w:rFonts w:ascii="Roboto" w:hAnsi="Roboto"/>
        </w:rPr>
        <w:t>Section 2.3 – Tutorials &amp; Lectures: Collaboration in Tutorials</w:t>
      </w:r>
    </w:p>
    <w:p w14:paraId="7BEF777A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Complete this contract during the first tutorial meeting. Refer back to it at each milestone to ensure respectful, balanced participation.</w:t>
      </w:r>
    </w:p>
    <w:p w14:paraId="2CC773CA" w14:textId="77777777" w:rsidR="0064300C" w:rsidRPr="00E40CA6" w:rsidRDefault="00E40CA6">
      <w:pPr>
        <w:pStyle w:val="Heading1"/>
        <w:rPr>
          <w:rFonts w:ascii="Roboto" w:hAnsi="Roboto"/>
        </w:rPr>
      </w:pPr>
      <w:r w:rsidRPr="00E40CA6">
        <w:rPr>
          <w:rFonts w:ascii="Roboto" w:hAnsi="Roboto"/>
        </w:rPr>
        <w:t>1. Group Information</w:t>
      </w:r>
    </w:p>
    <w:p w14:paraId="7AB1D895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Group name / number: _____________________________</w:t>
      </w:r>
    </w:p>
    <w:p w14:paraId="13CEC1EB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Facilitator (week 1): ____________________________</w:t>
      </w:r>
    </w:p>
    <w:p w14:paraId="7DF21C86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Tutorial day / time: _____________________________</w:t>
      </w:r>
    </w:p>
    <w:p w14:paraId="4C3D3DCF" w14:textId="77777777" w:rsidR="0064300C" w:rsidRPr="00E40CA6" w:rsidRDefault="00E40CA6">
      <w:pPr>
        <w:pStyle w:val="Heading1"/>
        <w:rPr>
          <w:rFonts w:ascii="Roboto" w:hAnsi="Roboto"/>
        </w:rPr>
      </w:pPr>
      <w:r w:rsidRPr="00E40CA6">
        <w:rPr>
          <w:rFonts w:ascii="Roboto" w:hAnsi="Roboto"/>
        </w:rPr>
        <w:t>2. Communication Channels</w:t>
      </w:r>
    </w:p>
    <w:p w14:paraId="64791539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Primary channel (e.g., Teams chat, WhatsApp): __________________________</w:t>
      </w:r>
    </w:p>
    <w:p w14:paraId="1430228C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Expected response window (e.g., 24</w:t>
      </w:r>
      <w:r w:rsidRPr="00E40CA6">
        <w:rPr>
          <w:rFonts w:ascii="Times New Roman" w:hAnsi="Times New Roman" w:cs="Times New Roman"/>
        </w:rPr>
        <w:t> </w:t>
      </w:r>
      <w:r w:rsidRPr="00E40CA6">
        <w:rPr>
          <w:rFonts w:ascii="Roboto" w:hAnsi="Roboto"/>
        </w:rPr>
        <w:t>h): ________________________________</w:t>
      </w:r>
    </w:p>
    <w:p w14:paraId="15AA0B7C" w14:textId="77777777" w:rsidR="0064300C" w:rsidRPr="00E40CA6" w:rsidRDefault="00E40CA6">
      <w:pPr>
        <w:pStyle w:val="Heading1"/>
        <w:rPr>
          <w:rFonts w:ascii="Roboto" w:hAnsi="Roboto"/>
        </w:rPr>
      </w:pPr>
      <w:r w:rsidRPr="00E40CA6">
        <w:rPr>
          <w:rFonts w:ascii="Roboto" w:hAnsi="Roboto"/>
        </w:rPr>
        <w:t>3. Participation &amp; Workload Expectations</w:t>
      </w:r>
    </w:p>
    <w:p w14:paraId="3787577C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Attend tutorials and notify peers if absent.</w:t>
      </w:r>
    </w:p>
    <w:p w14:paraId="5E33F5CE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Complete agreed pre‑work before meetings.</w:t>
      </w:r>
    </w:p>
    <w:p w14:paraId="0A69BDCD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Respect designated speaking turns; use hand signals or chat if preferred.</w:t>
      </w:r>
    </w:p>
    <w:p w14:paraId="15A30C69" w14:textId="77777777" w:rsidR="0064300C" w:rsidRPr="00E40CA6" w:rsidRDefault="00E40CA6">
      <w:pPr>
        <w:pStyle w:val="Heading1"/>
        <w:rPr>
          <w:rFonts w:ascii="Roboto" w:hAnsi="Roboto"/>
        </w:rPr>
      </w:pPr>
      <w:r w:rsidRPr="00E40CA6">
        <w:rPr>
          <w:rFonts w:ascii="Roboto" w:hAnsi="Roboto"/>
        </w:rPr>
        <w:t>4. Conflict‑Resolution Steps</w:t>
      </w:r>
    </w:p>
    <w:p w14:paraId="2B1FCEB2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Discuss issue within group calmly; use “I” statements.</w:t>
      </w:r>
    </w:p>
    <w:p w14:paraId="7E493F21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If unresolved, request tutor mediation.</w:t>
      </w:r>
    </w:p>
    <w:p w14:paraId="5B07C53B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• Document resolution summary in group notes.</w:t>
      </w:r>
    </w:p>
    <w:p w14:paraId="5426462B" w14:textId="77777777" w:rsidR="0064300C" w:rsidRPr="00E40CA6" w:rsidRDefault="00E40CA6">
      <w:pPr>
        <w:pStyle w:val="Heading1"/>
        <w:rPr>
          <w:rFonts w:ascii="Roboto" w:hAnsi="Roboto"/>
        </w:rPr>
      </w:pPr>
      <w:r w:rsidRPr="00E40CA6">
        <w:rPr>
          <w:rFonts w:ascii="Roboto" w:hAnsi="Roboto"/>
        </w:rPr>
        <w:t>5. Signatures</w:t>
      </w:r>
    </w:p>
    <w:p w14:paraId="5B5EC260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Member names &amp; initials: __________________________________</w:t>
      </w:r>
    </w:p>
    <w:p w14:paraId="5D53C626" w14:textId="77777777" w:rsidR="0064300C" w:rsidRPr="00E40CA6" w:rsidRDefault="00E40CA6">
      <w:pPr>
        <w:rPr>
          <w:rFonts w:ascii="Roboto" w:hAnsi="Roboto"/>
        </w:rPr>
      </w:pPr>
      <w:r w:rsidRPr="00E40CA6">
        <w:rPr>
          <w:rFonts w:ascii="Roboto" w:hAnsi="Roboto"/>
        </w:rPr>
        <w:t>Date: ___________</w:t>
      </w:r>
    </w:p>
    <w:sectPr w:rsidR="0064300C" w:rsidRPr="00E40C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99856">
    <w:abstractNumId w:val="8"/>
  </w:num>
  <w:num w:numId="2" w16cid:durableId="464278029">
    <w:abstractNumId w:val="6"/>
  </w:num>
  <w:num w:numId="3" w16cid:durableId="908270925">
    <w:abstractNumId w:val="5"/>
  </w:num>
  <w:num w:numId="4" w16cid:durableId="815610312">
    <w:abstractNumId w:val="4"/>
  </w:num>
  <w:num w:numId="5" w16cid:durableId="965354856">
    <w:abstractNumId w:val="7"/>
  </w:num>
  <w:num w:numId="6" w16cid:durableId="773093706">
    <w:abstractNumId w:val="3"/>
  </w:num>
  <w:num w:numId="7" w16cid:durableId="2077629808">
    <w:abstractNumId w:val="2"/>
  </w:num>
  <w:num w:numId="8" w16cid:durableId="1902984968">
    <w:abstractNumId w:val="1"/>
  </w:num>
  <w:num w:numId="9" w16cid:durableId="88683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64300C"/>
    <w:rsid w:val="00AA1D8D"/>
    <w:rsid w:val="00B47730"/>
    <w:rsid w:val="00CB0664"/>
    <w:rsid w:val="00E40C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2025-09-01T05:54:00Z</dcterms:modified>
  <cp:category/>
</cp:coreProperties>
</file>