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DDDDB" w14:textId="77777777" w:rsidR="001C6BEA" w:rsidRPr="000B5D62" w:rsidRDefault="000B5D62">
      <w:pPr>
        <w:pStyle w:val="Title"/>
        <w:jc w:val="center"/>
        <w:rPr>
          <w:rFonts w:ascii="Roboto" w:hAnsi="Roboto"/>
        </w:rPr>
      </w:pPr>
      <w:r w:rsidRPr="000B5D62">
        <w:rPr>
          <w:rFonts w:ascii="Roboto" w:hAnsi="Roboto"/>
        </w:rPr>
        <w:t>Role Rotation Wheel Template</w:t>
      </w:r>
    </w:p>
    <w:p w14:paraId="73E4F3CC" w14:textId="77777777" w:rsidR="001C6BEA" w:rsidRPr="000B5D62" w:rsidRDefault="000B5D62">
      <w:pPr>
        <w:jc w:val="center"/>
        <w:rPr>
          <w:rFonts w:ascii="Roboto" w:hAnsi="Roboto"/>
        </w:rPr>
      </w:pPr>
      <w:r w:rsidRPr="000B5D62">
        <w:rPr>
          <w:rFonts w:ascii="Roboto" w:hAnsi="Roboto"/>
        </w:rPr>
        <w:t>Section 2.2 – Field Trips: Collaboration in Field</w:t>
      </w:r>
    </w:p>
    <w:p w14:paraId="3169BFC3" w14:textId="77777777" w:rsidR="001C6BEA" w:rsidRPr="000B5D62" w:rsidRDefault="000B5D62">
      <w:pPr>
        <w:rPr>
          <w:rFonts w:ascii="Roboto" w:hAnsi="Roboto"/>
        </w:rPr>
      </w:pPr>
      <w:r w:rsidRPr="000B5D62">
        <w:rPr>
          <w:rFonts w:ascii="Roboto" w:hAnsi="Roboto"/>
        </w:rPr>
        <w:t>Use this template to assign and rotate daily team roles. Print pages 2‑3 double‑sided, laminate, and attach a split‑pin fastener to create a physical wheel. Alternatively, use the table on page 1 digitally.</w:t>
      </w:r>
    </w:p>
    <w:p w14:paraId="40EE6FFC" w14:textId="77777777" w:rsidR="001C6BEA" w:rsidRPr="000B5D62" w:rsidRDefault="000B5D62">
      <w:pPr>
        <w:pStyle w:val="Heading1"/>
        <w:rPr>
          <w:rFonts w:ascii="Roboto" w:hAnsi="Roboto"/>
        </w:rPr>
      </w:pPr>
      <w:r w:rsidRPr="000B5D62">
        <w:rPr>
          <w:rFonts w:ascii="Roboto" w:hAnsi="Roboto"/>
        </w:rPr>
        <w:t>1. Table‑Based Rotation Schedule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1C6BEA" w:rsidRPr="000B5D62" w14:paraId="302EF044" w14:textId="77777777">
        <w:tc>
          <w:tcPr>
            <w:tcW w:w="1440" w:type="dxa"/>
          </w:tcPr>
          <w:p w14:paraId="164AEFB7" w14:textId="77777777" w:rsidR="001C6BEA" w:rsidRPr="000B5D62" w:rsidRDefault="000B5D62">
            <w:pPr>
              <w:rPr>
                <w:rFonts w:ascii="Roboto" w:hAnsi="Roboto"/>
              </w:rPr>
            </w:pPr>
            <w:r w:rsidRPr="000B5D62">
              <w:rPr>
                <w:rFonts w:ascii="Roboto" w:hAnsi="Roboto"/>
              </w:rPr>
              <w:t>Day</w:t>
            </w:r>
          </w:p>
        </w:tc>
        <w:tc>
          <w:tcPr>
            <w:tcW w:w="1440" w:type="dxa"/>
          </w:tcPr>
          <w:p w14:paraId="53DAF8CD" w14:textId="77777777" w:rsidR="001C6BEA" w:rsidRPr="000B5D62" w:rsidRDefault="000B5D62">
            <w:pPr>
              <w:rPr>
                <w:rFonts w:ascii="Roboto" w:hAnsi="Roboto"/>
              </w:rPr>
            </w:pPr>
            <w:r w:rsidRPr="000B5D62">
              <w:rPr>
                <w:rFonts w:ascii="Roboto" w:hAnsi="Roboto"/>
              </w:rPr>
              <w:t>Navigator</w:t>
            </w:r>
          </w:p>
        </w:tc>
        <w:tc>
          <w:tcPr>
            <w:tcW w:w="1440" w:type="dxa"/>
          </w:tcPr>
          <w:p w14:paraId="1287A897" w14:textId="77777777" w:rsidR="001C6BEA" w:rsidRPr="000B5D62" w:rsidRDefault="000B5D62">
            <w:pPr>
              <w:rPr>
                <w:rFonts w:ascii="Roboto" w:hAnsi="Roboto"/>
              </w:rPr>
            </w:pPr>
            <w:r w:rsidRPr="000B5D62">
              <w:rPr>
                <w:rFonts w:ascii="Roboto" w:hAnsi="Roboto"/>
              </w:rPr>
              <w:t>Sampler</w:t>
            </w:r>
          </w:p>
        </w:tc>
        <w:tc>
          <w:tcPr>
            <w:tcW w:w="1440" w:type="dxa"/>
          </w:tcPr>
          <w:p w14:paraId="795B73B5" w14:textId="77777777" w:rsidR="001C6BEA" w:rsidRPr="000B5D62" w:rsidRDefault="000B5D62">
            <w:pPr>
              <w:rPr>
                <w:rFonts w:ascii="Roboto" w:hAnsi="Roboto"/>
              </w:rPr>
            </w:pPr>
            <w:r w:rsidRPr="000B5D62">
              <w:rPr>
                <w:rFonts w:ascii="Roboto" w:hAnsi="Roboto"/>
              </w:rPr>
              <w:t>Recorder</w:t>
            </w:r>
          </w:p>
        </w:tc>
        <w:tc>
          <w:tcPr>
            <w:tcW w:w="1440" w:type="dxa"/>
          </w:tcPr>
          <w:p w14:paraId="4472D233" w14:textId="77777777" w:rsidR="001C6BEA" w:rsidRPr="000B5D62" w:rsidRDefault="000B5D62">
            <w:pPr>
              <w:rPr>
                <w:rFonts w:ascii="Roboto" w:hAnsi="Roboto"/>
              </w:rPr>
            </w:pPr>
            <w:r w:rsidRPr="000B5D62">
              <w:rPr>
                <w:rFonts w:ascii="Roboto" w:hAnsi="Roboto"/>
              </w:rPr>
              <w:t>Safety Lead</w:t>
            </w:r>
          </w:p>
        </w:tc>
        <w:tc>
          <w:tcPr>
            <w:tcW w:w="1440" w:type="dxa"/>
          </w:tcPr>
          <w:p w14:paraId="03F6DAA7" w14:textId="77777777" w:rsidR="001C6BEA" w:rsidRPr="000B5D62" w:rsidRDefault="000B5D62">
            <w:pPr>
              <w:rPr>
                <w:rFonts w:ascii="Roboto" w:hAnsi="Roboto"/>
              </w:rPr>
            </w:pPr>
            <w:r w:rsidRPr="000B5D62">
              <w:rPr>
                <w:rFonts w:ascii="Roboto" w:hAnsi="Roboto"/>
              </w:rPr>
              <w:t>Equipment Manager</w:t>
            </w:r>
          </w:p>
        </w:tc>
      </w:tr>
      <w:tr w:rsidR="001C6BEA" w:rsidRPr="000B5D62" w14:paraId="68871E36" w14:textId="77777777">
        <w:tc>
          <w:tcPr>
            <w:tcW w:w="1440" w:type="dxa"/>
          </w:tcPr>
          <w:p w14:paraId="13C43201" w14:textId="77777777" w:rsidR="001C6BEA" w:rsidRPr="000B5D62" w:rsidRDefault="000B5D62">
            <w:pPr>
              <w:rPr>
                <w:rFonts w:ascii="Roboto" w:hAnsi="Roboto"/>
              </w:rPr>
            </w:pPr>
            <w:r w:rsidRPr="000B5D62">
              <w:rPr>
                <w:rFonts w:ascii="Roboto" w:hAnsi="Roboto"/>
              </w:rPr>
              <w:t>Day 1</w:t>
            </w:r>
          </w:p>
        </w:tc>
        <w:tc>
          <w:tcPr>
            <w:tcW w:w="1440" w:type="dxa"/>
          </w:tcPr>
          <w:p w14:paraId="68BF06E9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0378FB7B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53544133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62561F1C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1CF4705B" w14:textId="77777777" w:rsidR="001C6BEA" w:rsidRPr="000B5D62" w:rsidRDefault="001C6BEA">
            <w:pPr>
              <w:rPr>
                <w:rFonts w:ascii="Roboto" w:hAnsi="Roboto"/>
              </w:rPr>
            </w:pPr>
          </w:p>
        </w:tc>
      </w:tr>
      <w:tr w:rsidR="001C6BEA" w:rsidRPr="000B5D62" w14:paraId="74E17158" w14:textId="77777777">
        <w:tc>
          <w:tcPr>
            <w:tcW w:w="1440" w:type="dxa"/>
          </w:tcPr>
          <w:p w14:paraId="229EDE94" w14:textId="77777777" w:rsidR="001C6BEA" w:rsidRPr="000B5D62" w:rsidRDefault="000B5D62">
            <w:pPr>
              <w:rPr>
                <w:rFonts w:ascii="Roboto" w:hAnsi="Roboto"/>
              </w:rPr>
            </w:pPr>
            <w:r w:rsidRPr="000B5D62">
              <w:rPr>
                <w:rFonts w:ascii="Roboto" w:hAnsi="Roboto"/>
              </w:rPr>
              <w:t>Day 2</w:t>
            </w:r>
          </w:p>
        </w:tc>
        <w:tc>
          <w:tcPr>
            <w:tcW w:w="1440" w:type="dxa"/>
          </w:tcPr>
          <w:p w14:paraId="43CD88E4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3F09645A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665B9C25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63823445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151C2C70" w14:textId="77777777" w:rsidR="001C6BEA" w:rsidRPr="000B5D62" w:rsidRDefault="001C6BEA">
            <w:pPr>
              <w:rPr>
                <w:rFonts w:ascii="Roboto" w:hAnsi="Roboto"/>
              </w:rPr>
            </w:pPr>
          </w:p>
        </w:tc>
      </w:tr>
      <w:tr w:rsidR="001C6BEA" w:rsidRPr="000B5D62" w14:paraId="6D57C9C1" w14:textId="77777777">
        <w:tc>
          <w:tcPr>
            <w:tcW w:w="1440" w:type="dxa"/>
          </w:tcPr>
          <w:p w14:paraId="07C620B4" w14:textId="77777777" w:rsidR="001C6BEA" w:rsidRPr="000B5D62" w:rsidRDefault="000B5D62">
            <w:pPr>
              <w:rPr>
                <w:rFonts w:ascii="Roboto" w:hAnsi="Roboto"/>
              </w:rPr>
            </w:pPr>
            <w:r w:rsidRPr="000B5D62">
              <w:rPr>
                <w:rFonts w:ascii="Roboto" w:hAnsi="Roboto"/>
              </w:rPr>
              <w:t>Day 3</w:t>
            </w:r>
          </w:p>
        </w:tc>
        <w:tc>
          <w:tcPr>
            <w:tcW w:w="1440" w:type="dxa"/>
          </w:tcPr>
          <w:p w14:paraId="56E143E0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1AF5C1D8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611A2A4C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43D5939B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738C6DA8" w14:textId="77777777" w:rsidR="001C6BEA" w:rsidRPr="000B5D62" w:rsidRDefault="001C6BEA">
            <w:pPr>
              <w:rPr>
                <w:rFonts w:ascii="Roboto" w:hAnsi="Roboto"/>
              </w:rPr>
            </w:pPr>
          </w:p>
        </w:tc>
      </w:tr>
      <w:tr w:rsidR="001C6BEA" w:rsidRPr="000B5D62" w14:paraId="28C076EE" w14:textId="77777777">
        <w:tc>
          <w:tcPr>
            <w:tcW w:w="1440" w:type="dxa"/>
          </w:tcPr>
          <w:p w14:paraId="5BE3D78A" w14:textId="77777777" w:rsidR="001C6BEA" w:rsidRPr="000B5D62" w:rsidRDefault="000B5D62">
            <w:pPr>
              <w:rPr>
                <w:rFonts w:ascii="Roboto" w:hAnsi="Roboto"/>
              </w:rPr>
            </w:pPr>
            <w:r w:rsidRPr="000B5D62">
              <w:rPr>
                <w:rFonts w:ascii="Roboto" w:hAnsi="Roboto"/>
              </w:rPr>
              <w:t>Day 4</w:t>
            </w:r>
          </w:p>
        </w:tc>
        <w:tc>
          <w:tcPr>
            <w:tcW w:w="1440" w:type="dxa"/>
          </w:tcPr>
          <w:p w14:paraId="4ED0AEA9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36C967F4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67A5DE52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614ED218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27DEC88C" w14:textId="77777777" w:rsidR="001C6BEA" w:rsidRPr="000B5D62" w:rsidRDefault="001C6BEA">
            <w:pPr>
              <w:rPr>
                <w:rFonts w:ascii="Roboto" w:hAnsi="Roboto"/>
              </w:rPr>
            </w:pPr>
          </w:p>
        </w:tc>
      </w:tr>
      <w:tr w:rsidR="001C6BEA" w:rsidRPr="000B5D62" w14:paraId="08FEA204" w14:textId="77777777">
        <w:tc>
          <w:tcPr>
            <w:tcW w:w="1440" w:type="dxa"/>
          </w:tcPr>
          <w:p w14:paraId="7A9F5AA7" w14:textId="77777777" w:rsidR="001C6BEA" w:rsidRPr="000B5D62" w:rsidRDefault="000B5D62">
            <w:pPr>
              <w:rPr>
                <w:rFonts w:ascii="Roboto" w:hAnsi="Roboto"/>
              </w:rPr>
            </w:pPr>
            <w:r w:rsidRPr="000B5D62">
              <w:rPr>
                <w:rFonts w:ascii="Roboto" w:hAnsi="Roboto"/>
              </w:rPr>
              <w:t>Day 5</w:t>
            </w:r>
          </w:p>
        </w:tc>
        <w:tc>
          <w:tcPr>
            <w:tcW w:w="1440" w:type="dxa"/>
          </w:tcPr>
          <w:p w14:paraId="4E65C2D6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30F0637C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11255A6D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610ABAEC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73B1D9D4" w14:textId="77777777" w:rsidR="001C6BEA" w:rsidRPr="000B5D62" w:rsidRDefault="001C6BEA">
            <w:pPr>
              <w:rPr>
                <w:rFonts w:ascii="Roboto" w:hAnsi="Roboto"/>
              </w:rPr>
            </w:pPr>
          </w:p>
        </w:tc>
      </w:tr>
      <w:tr w:rsidR="001C6BEA" w:rsidRPr="000B5D62" w14:paraId="35DD1C28" w14:textId="77777777">
        <w:tc>
          <w:tcPr>
            <w:tcW w:w="1440" w:type="dxa"/>
          </w:tcPr>
          <w:p w14:paraId="2B9A1AA4" w14:textId="77777777" w:rsidR="001C6BEA" w:rsidRPr="000B5D62" w:rsidRDefault="000B5D62">
            <w:pPr>
              <w:rPr>
                <w:rFonts w:ascii="Roboto" w:hAnsi="Roboto"/>
              </w:rPr>
            </w:pPr>
            <w:r w:rsidRPr="000B5D62">
              <w:rPr>
                <w:rFonts w:ascii="Roboto" w:hAnsi="Roboto"/>
              </w:rPr>
              <w:t>Day 6</w:t>
            </w:r>
          </w:p>
        </w:tc>
        <w:tc>
          <w:tcPr>
            <w:tcW w:w="1440" w:type="dxa"/>
          </w:tcPr>
          <w:p w14:paraId="51FCDF57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6D10FDAB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3FE08CFF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248DE07D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71E9EAAE" w14:textId="77777777" w:rsidR="001C6BEA" w:rsidRPr="000B5D62" w:rsidRDefault="001C6BEA">
            <w:pPr>
              <w:rPr>
                <w:rFonts w:ascii="Roboto" w:hAnsi="Roboto"/>
              </w:rPr>
            </w:pPr>
          </w:p>
        </w:tc>
      </w:tr>
      <w:tr w:rsidR="001C6BEA" w:rsidRPr="000B5D62" w14:paraId="0C463057" w14:textId="77777777">
        <w:tc>
          <w:tcPr>
            <w:tcW w:w="1440" w:type="dxa"/>
          </w:tcPr>
          <w:p w14:paraId="7E8E099D" w14:textId="77777777" w:rsidR="001C6BEA" w:rsidRPr="000B5D62" w:rsidRDefault="000B5D62">
            <w:pPr>
              <w:rPr>
                <w:rFonts w:ascii="Roboto" w:hAnsi="Roboto"/>
              </w:rPr>
            </w:pPr>
            <w:r w:rsidRPr="000B5D62">
              <w:rPr>
                <w:rFonts w:ascii="Roboto" w:hAnsi="Roboto"/>
              </w:rPr>
              <w:t>Day 7</w:t>
            </w:r>
          </w:p>
        </w:tc>
        <w:tc>
          <w:tcPr>
            <w:tcW w:w="1440" w:type="dxa"/>
          </w:tcPr>
          <w:p w14:paraId="2A13B922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51B212CF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378877A6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0962FD17" w14:textId="77777777" w:rsidR="001C6BEA" w:rsidRPr="000B5D62" w:rsidRDefault="001C6BEA">
            <w:pPr>
              <w:rPr>
                <w:rFonts w:ascii="Roboto" w:hAnsi="Roboto"/>
              </w:rPr>
            </w:pPr>
          </w:p>
        </w:tc>
        <w:tc>
          <w:tcPr>
            <w:tcW w:w="1440" w:type="dxa"/>
          </w:tcPr>
          <w:p w14:paraId="35941068" w14:textId="77777777" w:rsidR="001C6BEA" w:rsidRPr="000B5D62" w:rsidRDefault="001C6BEA">
            <w:pPr>
              <w:rPr>
                <w:rFonts w:ascii="Roboto" w:hAnsi="Roboto"/>
              </w:rPr>
            </w:pPr>
          </w:p>
        </w:tc>
      </w:tr>
    </w:tbl>
    <w:p w14:paraId="7BB922D0" w14:textId="77777777" w:rsidR="001C6BEA" w:rsidRPr="000B5D62" w:rsidRDefault="000B5D62">
      <w:pPr>
        <w:rPr>
          <w:rFonts w:ascii="Roboto" w:hAnsi="Roboto"/>
        </w:rPr>
      </w:pPr>
      <w:r w:rsidRPr="000B5D62">
        <w:rPr>
          <w:rFonts w:ascii="Roboto" w:hAnsi="Roboto"/>
        </w:rPr>
        <w:br w:type="page"/>
      </w:r>
    </w:p>
    <w:p w14:paraId="08798206" w14:textId="77777777" w:rsidR="001C6BEA" w:rsidRPr="000B5D62" w:rsidRDefault="000B5D62">
      <w:pPr>
        <w:pStyle w:val="Heading1"/>
        <w:rPr>
          <w:rFonts w:ascii="Roboto" w:hAnsi="Roboto"/>
        </w:rPr>
      </w:pPr>
      <w:r w:rsidRPr="000B5D62">
        <w:rPr>
          <w:rFonts w:ascii="Roboto" w:hAnsi="Roboto"/>
        </w:rPr>
        <w:lastRenderedPageBreak/>
        <w:t>2. Wheel Assembly Instructions</w:t>
      </w:r>
    </w:p>
    <w:p w14:paraId="387DC86B" w14:textId="77777777" w:rsidR="001C6BEA" w:rsidRPr="000B5D62" w:rsidRDefault="000B5D62">
      <w:pPr>
        <w:rPr>
          <w:rFonts w:ascii="Roboto" w:hAnsi="Roboto"/>
        </w:rPr>
      </w:pPr>
      <w:r w:rsidRPr="000B5D62">
        <w:rPr>
          <w:rFonts w:ascii="Roboto" w:hAnsi="Roboto"/>
        </w:rPr>
        <w:t>• Print the Role Sectors template (next page) and the Role Labels.</w:t>
      </w:r>
    </w:p>
    <w:p w14:paraId="4C7E791A" w14:textId="77777777" w:rsidR="001C6BEA" w:rsidRPr="000B5D62" w:rsidRDefault="000B5D62">
      <w:pPr>
        <w:rPr>
          <w:rFonts w:ascii="Roboto" w:hAnsi="Roboto"/>
        </w:rPr>
      </w:pPr>
      <w:r w:rsidRPr="000B5D62">
        <w:rPr>
          <w:rFonts w:ascii="Roboto" w:hAnsi="Roboto"/>
        </w:rPr>
        <w:t>• Cut out the wheel sectors and mount them on card or laminate them.</w:t>
      </w:r>
    </w:p>
    <w:p w14:paraId="2AF8B82F" w14:textId="77777777" w:rsidR="001C6BEA" w:rsidRPr="000B5D62" w:rsidRDefault="000B5D62">
      <w:pPr>
        <w:rPr>
          <w:rFonts w:ascii="Roboto" w:hAnsi="Roboto"/>
        </w:rPr>
      </w:pPr>
      <w:r w:rsidRPr="000B5D62">
        <w:rPr>
          <w:rFonts w:ascii="Roboto" w:hAnsi="Roboto"/>
        </w:rPr>
        <w:t>• Punch a hole through the centre of each wheel and fasten with a split‑pin.</w:t>
      </w:r>
    </w:p>
    <w:p w14:paraId="22BE9F78" w14:textId="77777777" w:rsidR="001C6BEA" w:rsidRPr="000B5D62" w:rsidRDefault="000B5D62">
      <w:pPr>
        <w:rPr>
          <w:rFonts w:ascii="Roboto" w:hAnsi="Roboto"/>
        </w:rPr>
      </w:pPr>
      <w:r w:rsidRPr="000B5D62">
        <w:rPr>
          <w:rFonts w:ascii="Roboto" w:hAnsi="Roboto"/>
        </w:rPr>
        <w:t>• Each morning, rotate the wheel clockwise to assign new roles.</w:t>
      </w:r>
    </w:p>
    <w:p w14:paraId="05F88182" w14:textId="77777777" w:rsidR="001C6BEA" w:rsidRPr="000B5D62" w:rsidRDefault="000B5D62">
      <w:pPr>
        <w:rPr>
          <w:rFonts w:ascii="Roboto" w:hAnsi="Roboto"/>
        </w:rPr>
      </w:pPr>
      <w:r w:rsidRPr="000B5D62">
        <w:rPr>
          <w:rFonts w:ascii="Roboto" w:hAnsi="Roboto"/>
        </w:rPr>
        <w:br w:type="page"/>
      </w:r>
    </w:p>
    <w:p w14:paraId="298D1392" w14:textId="77777777" w:rsidR="001C6BEA" w:rsidRPr="000B5D62" w:rsidRDefault="000B5D62">
      <w:pPr>
        <w:pStyle w:val="Heading1"/>
        <w:rPr>
          <w:rFonts w:ascii="Roboto" w:hAnsi="Roboto"/>
        </w:rPr>
      </w:pPr>
      <w:r w:rsidRPr="000B5D62">
        <w:rPr>
          <w:rFonts w:ascii="Roboto" w:hAnsi="Roboto"/>
        </w:rPr>
        <w:t>Role Sectors Template</w:t>
      </w:r>
    </w:p>
    <w:p w14:paraId="24349C7C" w14:textId="77777777" w:rsidR="001C6BEA" w:rsidRPr="000B5D62" w:rsidRDefault="000B5D62">
      <w:pPr>
        <w:jc w:val="center"/>
        <w:rPr>
          <w:rFonts w:ascii="Roboto" w:hAnsi="Roboto"/>
        </w:rPr>
      </w:pPr>
      <w:r w:rsidRPr="000B5D62">
        <w:rPr>
          <w:rFonts w:ascii="Roboto" w:hAnsi="Roboto"/>
          <w:b/>
        </w:rPr>
        <w:t>Navigator</w:t>
      </w:r>
    </w:p>
    <w:p w14:paraId="11640FBA" w14:textId="77777777" w:rsidR="001C6BEA" w:rsidRPr="000B5D62" w:rsidRDefault="000B5D62">
      <w:pPr>
        <w:rPr>
          <w:rFonts w:ascii="Roboto" w:hAnsi="Roboto"/>
        </w:rPr>
      </w:pPr>
      <w:r w:rsidRPr="000B5D62">
        <w:rPr>
          <w:rFonts w:ascii="Roboto" w:hAnsi="Roboto"/>
        </w:rPr>
        <w:br/>
      </w:r>
    </w:p>
    <w:p w14:paraId="46BBFB68" w14:textId="77777777" w:rsidR="001C6BEA" w:rsidRPr="000B5D62" w:rsidRDefault="000B5D62">
      <w:pPr>
        <w:jc w:val="center"/>
        <w:rPr>
          <w:rFonts w:ascii="Roboto" w:hAnsi="Roboto"/>
        </w:rPr>
      </w:pPr>
      <w:r w:rsidRPr="000B5D62">
        <w:rPr>
          <w:rFonts w:ascii="Roboto" w:hAnsi="Roboto"/>
          <w:b/>
        </w:rPr>
        <w:t>Sampler</w:t>
      </w:r>
    </w:p>
    <w:p w14:paraId="34A89E66" w14:textId="77777777" w:rsidR="001C6BEA" w:rsidRPr="000B5D62" w:rsidRDefault="000B5D62">
      <w:pPr>
        <w:rPr>
          <w:rFonts w:ascii="Roboto" w:hAnsi="Roboto"/>
        </w:rPr>
      </w:pPr>
      <w:r w:rsidRPr="000B5D62">
        <w:rPr>
          <w:rFonts w:ascii="Roboto" w:hAnsi="Roboto"/>
        </w:rPr>
        <w:br/>
      </w:r>
    </w:p>
    <w:p w14:paraId="43D16BD2" w14:textId="77777777" w:rsidR="001C6BEA" w:rsidRPr="000B5D62" w:rsidRDefault="000B5D62">
      <w:pPr>
        <w:jc w:val="center"/>
        <w:rPr>
          <w:rFonts w:ascii="Roboto" w:hAnsi="Roboto"/>
        </w:rPr>
      </w:pPr>
      <w:r w:rsidRPr="000B5D62">
        <w:rPr>
          <w:rFonts w:ascii="Roboto" w:hAnsi="Roboto"/>
          <w:b/>
        </w:rPr>
        <w:t>Recorder</w:t>
      </w:r>
    </w:p>
    <w:p w14:paraId="54223D0A" w14:textId="77777777" w:rsidR="001C6BEA" w:rsidRPr="000B5D62" w:rsidRDefault="000B5D62">
      <w:pPr>
        <w:rPr>
          <w:rFonts w:ascii="Roboto" w:hAnsi="Roboto"/>
        </w:rPr>
      </w:pPr>
      <w:r w:rsidRPr="000B5D62">
        <w:rPr>
          <w:rFonts w:ascii="Roboto" w:hAnsi="Roboto"/>
        </w:rPr>
        <w:br/>
      </w:r>
    </w:p>
    <w:p w14:paraId="408C9C19" w14:textId="77777777" w:rsidR="001C6BEA" w:rsidRPr="000B5D62" w:rsidRDefault="000B5D62">
      <w:pPr>
        <w:jc w:val="center"/>
        <w:rPr>
          <w:rFonts w:ascii="Roboto" w:hAnsi="Roboto"/>
        </w:rPr>
      </w:pPr>
      <w:r w:rsidRPr="000B5D62">
        <w:rPr>
          <w:rFonts w:ascii="Roboto" w:hAnsi="Roboto"/>
          <w:b/>
        </w:rPr>
        <w:t>Safety Lead</w:t>
      </w:r>
    </w:p>
    <w:p w14:paraId="6D4D4166" w14:textId="77777777" w:rsidR="001C6BEA" w:rsidRPr="000B5D62" w:rsidRDefault="000B5D62">
      <w:pPr>
        <w:rPr>
          <w:rFonts w:ascii="Roboto" w:hAnsi="Roboto"/>
        </w:rPr>
      </w:pPr>
      <w:r w:rsidRPr="000B5D62">
        <w:rPr>
          <w:rFonts w:ascii="Roboto" w:hAnsi="Roboto"/>
        </w:rPr>
        <w:br/>
      </w:r>
    </w:p>
    <w:p w14:paraId="47D2C97C" w14:textId="77777777" w:rsidR="001C6BEA" w:rsidRPr="000B5D62" w:rsidRDefault="000B5D62">
      <w:pPr>
        <w:jc w:val="center"/>
        <w:rPr>
          <w:rFonts w:ascii="Roboto" w:hAnsi="Roboto"/>
        </w:rPr>
      </w:pPr>
      <w:r w:rsidRPr="000B5D62">
        <w:rPr>
          <w:rFonts w:ascii="Roboto" w:hAnsi="Roboto"/>
          <w:b/>
        </w:rPr>
        <w:t>Equipment Manager</w:t>
      </w:r>
    </w:p>
    <w:p w14:paraId="7C887562" w14:textId="77777777" w:rsidR="001C6BEA" w:rsidRPr="000B5D62" w:rsidRDefault="000B5D62">
      <w:pPr>
        <w:rPr>
          <w:rFonts w:ascii="Roboto" w:hAnsi="Roboto"/>
        </w:rPr>
      </w:pPr>
      <w:r w:rsidRPr="000B5D62">
        <w:rPr>
          <w:rFonts w:ascii="Roboto" w:hAnsi="Roboto"/>
        </w:rPr>
        <w:br/>
      </w:r>
    </w:p>
    <w:sectPr w:rsidR="001C6BEA" w:rsidRPr="000B5D6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9940813">
    <w:abstractNumId w:val="8"/>
  </w:num>
  <w:num w:numId="2" w16cid:durableId="876282820">
    <w:abstractNumId w:val="6"/>
  </w:num>
  <w:num w:numId="3" w16cid:durableId="370499423">
    <w:abstractNumId w:val="5"/>
  </w:num>
  <w:num w:numId="4" w16cid:durableId="757143532">
    <w:abstractNumId w:val="4"/>
  </w:num>
  <w:num w:numId="5" w16cid:durableId="69813498">
    <w:abstractNumId w:val="7"/>
  </w:num>
  <w:num w:numId="6" w16cid:durableId="1557357865">
    <w:abstractNumId w:val="3"/>
  </w:num>
  <w:num w:numId="7" w16cid:durableId="1262568185">
    <w:abstractNumId w:val="2"/>
  </w:num>
  <w:num w:numId="8" w16cid:durableId="268704778">
    <w:abstractNumId w:val="1"/>
  </w:num>
  <w:num w:numId="9" w16cid:durableId="1732389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5D62"/>
    <w:rsid w:val="0015074B"/>
    <w:rsid w:val="001C6BEA"/>
    <w:rsid w:val="0029639D"/>
    <w:rsid w:val="00326F90"/>
    <w:rsid w:val="004A727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3B4C1E4-8EE4-4DF2-8837-91DFD7D1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 Lee Riskas</cp:lastModifiedBy>
  <cp:revision>2</cp:revision>
  <dcterms:created xsi:type="dcterms:W3CDTF">2013-12-23T23:15:00Z</dcterms:created>
  <dcterms:modified xsi:type="dcterms:W3CDTF">2025-09-01T05:51:00Z</dcterms:modified>
  <cp:category/>
</cp:coreProperties>
</file>