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60FC6" w14:textId="77777777" w:rsidR="008C7310" w:rsidRPr="00801CA4" w:rsidRDefault="00801CA4">
      <w:pPr>
        <w:pStyle w:val="Title"/>
        <w:jc w:val="center"/>
        <w:rPr>
          <w:rFonts w:ascii="Roboto" w:hAnsi="Roboto"/>
        </w:rPr>
      </w:pPr>
      <w:r w:rsidRPr="00801CA4">
        <w:rPr>
          <w:rFonts w:ascii="Roboto" w:hAnsi="Roboto"/>
        </w:rPr>
        <w:t>Self‑Certified Extension Request (48</w:t>
      </w:r>
      <w:r w:rsidRPr="00801CA4">
        <w:rPr>
          <w:rFonts w:ascii="Times New Roman" w:hAnsi="Times New Roman" w:cs="Times New Roman"/>
        </w:rPr>
        <w:t> </w:t>
      </w:r>
      <w:r w:rsidRPr="00801CA4">
        <w:rPr>
          <w:rFonts w:ascii="Roboto" w:hAnsi="Roboto"/>
        </w:rPr>
        <w:t>h)</w:t>
      </w:r>
    </w:p>
    <w:p w14:paraId="733825DF" w14:textId="77777777" w:rsidR="008C7310" w:rsidRPr="00801CA4" w:rsidRDefault="00801CA4">
      <w:pPr>
        <w:jc w:val="center"/>
        <w:rPr>
          <w:rFonts w:ascii="Roboto" w:hAnsi="Roboto"/>
        </w:rPr>
      </w:pPr>
      <w:r w:rsidRPr="00801CA4">
        <w:rPr>
          <w:rFonts w:ascii="Roboto" w:hAnsi="Roboto"/>
        </w:rPr>
        <w:t>Section 2.3 – Tutorials &amp; Lectures: Student Autonomy</w:t>
      </w:r>
    </w:p>
    <w:p w14:paraId="4C11E175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Submit this form (or the online equivalent) to request a 48‑hour extension due to health flare‑ups or access issues. No documentation is required; trust and confidentiality are paramount.</w:t>
      </w:r>
    </w:p>
    <w:p w14:paraId="650332AC" w14:textId="77777777" w:rsidR="008C7310" w:rsidRPr="00801CA4" w:rsidRDefault="00801CA4">
      <w:pPr>
        <w:pStyle w:val="Heading1"/>
        <w:rPr>
          <w:rFonts w:ascii="Roboto" w:hAnsi="Roboto"/>
        </w:rPr>
      </w:pPr>
      <w:r w:rsidRPr="00801CA4">
        <w:rPr>
          <w:rFonts w:ascii="Roboto" w:hAnsi="Roboto"/>
        </w:rPr>
        <w:t>1. Student Details</w:t>
      </w:r>
    </w:p>
    <w:p w14:paraId="46BBE346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Name: ________________________________________</w:t>
      </w:r>
    </w:p>
    <w:p w14:paraId="310AD8C3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Student ID: __________________________________</w:t>
      </w:r>
    </w:p>
    <w:p w14:paraId="082A6CA3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Course / Tutorial: ____________________________</w:t>
      </w:r>
    </w:p>
    <w:p w14:paraId="5E965ABE" w14:textId="77777777" w:rsidR="008C7310" w:rsidRPr="00801CA4" w:rsidRDefault="00801CA4">
      <w:pPr>
        <w:pStyle w:val="Heading1"/>
        <w:rPr>
          <w:rFonts w:ascii="Roboto" w:hAnsi="Roboto"/>
        </w:rPr>
      </w:pPr>
      <w:r w:rsidRPr="00801CA4">
        <w:rPr>
          <w:rFonts w:ascii="Roboto" w:hAnsi="Roboto"/>
        </w:rPr>
        <w:t>2. Assessment Information</w:t>
      </w:r>
    </w:p>
    <w:p w14:paraId="49240756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Assessment title: _____________________________</w:t>
      </w:r>
    </w:p>
    <w:p w14:paraId="063A3FB1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Original due date: ___________</w:t>
      </w:r>
    </w:p>
    <w:p w14:paraId="03AA2DCA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Requested new due date (≤</w:t>
      </w:r>
      <w:r w:rsidRPr="00801CA4">
        <w:rPr>
          <w:rFonts w:ascii="Times New Roman" w:hAnsi="Times New Roman" w:cs="Times New Roman"/>
        </w:rPr>
        <w:t> </w:t>
      </w:r>
      <w:r w:rsidRPr="00801CA4">
        <w:rPr>
          <w:rFonts w:ascii="Roboto" w:hAnsi="Roboto"/>
        </w:rPr>
        <w:t>48</w:t>
      </w:r>
      <w:r w:rsidRPr="00801CA4">
        <w:rPr>
          <w:rFonts w:ascii="Times New Roman" w:hAnsi="Times New Roman" w:cs="Times New Roman"/>
        </w:rPr>
        <w:t> </w:t>
      </w:r>
      <w:r w:rsidRPr="00801CA4">
        <w:rPr>
          <w:rFonts w:ascii="Roboto" w:hAnsi="Roboto"/>
        </w:rPr>
        <w:t>h later): ___________</w:t>
      </w:r>
    </w:p>
    <w:p w14:paraId="32AB529C" w14:textId="77777777" w:rsidR="008C7310" w:rsidRPr="00801CA4" w:rsidRDefault="00801CA4">
      <w:pPr>
        <w:pStyle w:val="Heading1"/>
        <w:rPr>
          <w:rFonts w:ascii="Roboto" w:hAnsi="Roboto"/>
        </w:rPr>
      </w:pPr>
      <w:r w:rsidRPr="00801CA4">
        <w:rPr>
          <w:rFonts w:ascii="Roboto" w:hAnsi="Roboto"/>
        </w:rPr>
        <w:t>3. Optional Reason (one sentence)</w:t>
      </w:r>
    </w:p>
    <w:p w14:paraId="718CF54C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_______________________________________________________________</w:t>
      </w:r>
    </w:p>
    <w:p w14:paraId="47AB6184" w14:textId="77777777" w:rsidR="008C7310" w:rsidRPr="00801CA4" w:rsidRDefault="00801CA4">
      <w:pPr>
        <w:pStyle w:val="Heading1"/>
        <w:rPr>
          <w:rFonts w:ascii="Roboto" w:hAnsi="Roboto"/>
        </w:rPr>
      </w:pPr>
      <w:r w:rsidRPr="00801CA4">
        <w:rPr>
          <w:rFonts w:ascii="Roboto" w:hAnsi="Roboto"/>
        </w:rPr>
        <w:t>4. Acknowledgement</w:t>
      </w:r>
    </w:p>
    <w:p w14:paraId="14C8D701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Segoe UI Symbol" w:hAnsi="Segoe UI Symbol" w:cs="Segoe UI Symbol"/>
        </w:rPr>
        <w:t>☐</w:t>
      </w:r>
      <w:r w:rsidRPr="00801CA4">
        <w:rPr>
          <w:rFonts w:ascii="Roboto" w:hAnsi="Roboto"/>
        </w:rPr>
        <w:t xml:space="preserve"> I confirm that unforeseen circumstances have affected my ability to submit on time and that I will submit within the requested extension period.</w:t>
      </w:r>
    </w:p>
    <w:p w14:paraId="77ECF0DD" w14:textId="77777777" w:rsidR="008C7310" w:rsidRPr="00801CA4" w:rsidRDefault="00801CA4">
      <w:pPr>
        <w:pStyle w:val="Heading1"/>
        <w:rPr>
          <w:rFonts w:ascii="Roboto" w:hAnsi="Roboto"/>
        </w:rPr>
      </w:pPr>
      <w:r w:rsidRPr="00801CA4">
        <w:rPr>
          <w:rFonts w:ascii="Roboto" w:hAnsi="Roboto"/>
        </w:rPr>
        <w:t>5. Submission</w:t>
      </w:r>
    </w:p>
    <w:p w14:paraId="57E154A1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Student signature: ____________________    Date: ___________</w:t>
      </w:r>
    </w:p>
    <w:p w14:paraId="7A78988D" w14:textId="77777777" w:rsidR="008C7310" w:rsidRPr="00801CA4" w:rsidRDefault="00801CA4">
      <w:pPr>
        <w:rPr>
          <w:rFonts w:ascii="Roboto" w:hAnsi="Roboto"/>
        </w:rPr>
      </w:pPr>
      <w:r w:rsidRPr="00801CA4">
        <w:rPr>
          <w:rFonts w:ascii="Roboto" w:hAnsi="Roboto"/>
        </w:rPr>
        <w:t>Tutor acknowledgement: ________________    Date: ___________</w:t>
      </w:r>
    </w:p>
    <w:sectPr w:rsidR="008C7310" w:rsidRPr="00801CA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4423639">
    <w:abstractNumId w:val="8"/>
  </w:num>
  <w:num w:numId="2" w16cid:durableId="631902809">
    <w:abstractNumId w:val="6"/>
  </w:num>
  <w:num w:numId="3" w16cid:durableId="188758829">
    <w:abstractNumId w:val="5"/>
  </w:num>
  <w:num w:numId="4" w16cid:durableId="2031561962">
    <w:abstractNumId w:val="4"/>
  </w:num>
  <w:num w:numId="5" w16cid:durableId="1584339661">
    <w:abstractNumId w:val="7"/>
  </w:num>
  <w:num w:numId="6" w16cid:durableId="521432510">
    <w:abstractNumId w:val="3"/>
  </w:num>
  <w:num w:numId="7" w16cid:durableId="108743298">
    <w:abstractNumId w:val="2"/>
  </w:num>
  <w:num w:numId="8" w16cid:durableId="764418027">
    <w:abstractNumId w:val="1"/>
  </w:num>
  <w:num w:numId="9" w16cid:durableId="63494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727B"/>
    <w:rsid w:val="00801CA4"/>
    <w:rsid w:val="008C731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2025-09-01T05:54:00Z</dcterms:modified>
  <cp:category/>
</cp:coreProperties>
</file>